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79C4B" w14:textId="77777777" w:rsidR="0074261A" w:rsidRPr="0074261A" w:rsidRDefault="0074261A" w:rsidP="0074261A">
      <w:pPr>
        <w:pStyle w:val="berschrift2"/>
        <w:jc w:val="center"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  <w:r w:rsidRPr="0074261A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 xml:space="preserve">Formular de </w:t>
      </w:r>
      <w:proofErr w:type="spellStart"/>
      <w:r w:rsidRPr="0074261A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înscriere</w:t>
      </w:r>
      <w:proofErr w:type="spellEnd"/>
      <w:r w:rsidRPr="0074261A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 xml:space="preserve"> – </w:t>
      </w:r>
      <w:proofErr w:type="spellStart"/>
      <w:r w:rsidRPr="0074261A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Școala</w:t>
      </w:r>
      <w:proofErr w:type="spellEnd"/>
      <w:r w:rsidRPr="0074261A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 xml:space="preserve"> </w:t>
      </w:r>
      <w:proofErr w:type="spellStart"/>
      <w:r w:rsidRPr="0074261A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Parohială</w:t>
      </w:r>
      <w:proofErr w:type="spellEnd"/>
      <w:r w:rsidRPr="0074261A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 xml:space="preserve"> 2026/2027</w:t>
      </w:r>
    </w:p>
    <w:p w14:paraId="12A259A4" w14:textId="26D64C05" w:rsidR="0074261A" w:rsidRPr="0074261A" w:rsidRDefault="0074261A" w:rsidP="0074261A">
      <w:pPr>
        <w:jc w:val="both"/>
        <w:rPr>
          <w:b/>
          <w:bCs/>
          <w:sz w:val="18"/>
          <w:szCs w:val="18"/>
        </w:rPr>
      </w:pPr>
      <w:r w:rsidRPr="0074261A">
        <w:rPr>
          <w:b/>
          <w:bCs/>
          <w:sz w:val="18"/>
          <w:szCs w:val="18"/>
        </w:rPr>
        <w:t>DATE COPIL:</w:t>
      </w:r>
    </w:p>
    <w:p w14:paraId="7955AE2F" w14:textId="77777777" w:rsidR="0074261A" w:rsidRPr="0074261A" w:rsidRDefault="0074261A" w:rsidP="0074261A">
      <w:pPr>
        <w:jc w:val="both"/>
        <w:rPr>
          <w:sz w:val="20"/>
          <w:szCs w:val="20"/>
        </w:rPr>
      </w:pPr>
      <w:proofErr w:type="spellStart"/>
      <w:r w:rsidRPr="0074261A">
        <w:rPr>
          <w:sz w:val="20"/>
          <w:szCs w:val="20"/>
        </w:rPr>
        <w:t>Nume</w:t>
      </w:r>
      <w:proofErr w:type="spellEnd"/>
      <w:r w:rsidRPr="0074261A">
        <w:rPr>
          <w:sz w:val="20"/>
          <w:szCs w:val="20"/>
        </w:rPr>
        <w:t xml:space="preserve"> </w:t>
      </w:r>
      <w:proofErr w:type="spellStart"/>
      <w:r w:rsidRPr="0074261A">
        <w:rPr>
          <w:sz w:val="20"/>
          <w:szCs w:val="20"/>
        </w:rPr>
        <w:t>și</w:t>
      </w:r>
      <w:proofErr w:type="spellEnd"/>
      <w:r w:rsidRPr="0074261A">
        <w:rPr>
          <w:sz w:val="20"/>
          <w:szCs w:val="20"/>
        </w:rPr>
        <w:t xml:space="preserve"> </w:t>
      </w:r>
      <w:proofErr w:type="spellStart"/>
      <w:r w:rsidRPr="0074261A">
        <w:rPr>
          <w:sz w:val="20"/>
          <w:szCs w:val="20"/>
        </w:rPr>
        <w:t>prenume</w:t>
      </w:r>
      <w:proofErr w:type="spellEnd"/>
      <w:r w:rsidRPr="0074261A">
        <w:rPr>
          <w:sz w:val="20"/>
          <w:szCs w:val="20"/>
        </w:rPr>
        <w:t>: ____________________________________________</w:t>
      </w:r>
    </w:p>
    <w:p w14:paraId="67083775" w14:textId="77777777" w:rsidR="0074261A" w:rsidRPr="0074261A" w:rsidRDefault="0074261A" w:rsidP="0074261A">
      <w:pPr>
        <w:jc w:val="both"/>
        <w:rPr>
          <w:sz w:val="20"/>
          <w:szCs w:val="20"/>
        </w:rPr>
      </w:pPr>
      <w:r w:rsidRPr="0074261A">
        <w:rPr>
          <w:sz w:val="20"/>
          <w:szCs w:val="20"/>
        </w:rPr>
        <w:t xml:space="preserve">Data </w:t>
      </w:r>
      <w:proofErr w:type="spellStart"/>
      <w:r w:rsidRPr="0074261A">
        <w:rPr>
          <w:sz w:val="20"/>
          <w:szCs w:val="20"/>
        </w:rPr>
        <w:t>nașterii</w:t>
      </w:r>
      <w:proofErr w:type="spellEnd"/>
      <w:r w:rsidRPr="0074261A">
        <w:rPr>
          <w:sz w:val="20"/>
          <w:szCs w:val="20"/>
        </w:rPr>
        <w:t>: __________________________________________________</w:t>
      </w:r>
    </w:p>
    <w:p w14:paraId="41448368" w14:textId="77777777" w:rsidR="0074261A" w:rsidRPr="0074261A" w:rsidRDefault="0074261A" w:rsidP="0074261A">
      <w:pPr>
        <w:jc w:val="both"/>
        <w:rPr>
          <w:sz w:val="20"/>
          <w:szCs w:val="20"/>
        </w:rPr>
      </w:pPr>
      <w:proofErr w:type="spellStart"/>
      <w:r w:rsidRPr="0074261A">
        <w:rPr>
          <w:sz w:val="20"/>
          <w:szCs w:val="20"/>
        </w:rPr>
        <w:t>Vârstă</w:t>
      </w:r>
      <w:proofErr w:type="spellEnd"/>
      <w:r w:rsidRPr="0074261A">
        <w:rPr>
          <w:sz w:val="20"/>
          <w:szCs w:val="20"/>
        </w:rPr>
        <w:t>: _________________________________________________________</w:t>
      </w:r>
    </w:p>
    <w:p w14:paraId="7C7208F1" w14:textId="77777777" w:rsidR="0074261A" w:rsidRPr="0074261A" w:rsidRDefault="0074261A" w:rsidP="0074261A">
      <w:pPr>
        <w:jc w:val="both"/>
        <w:rPr>
          <w:sz w:val="20"/>
          <w:szCs w:val="20"/>
        </w:rPr>
      </w:pPr>
      <w:r w:rsidRPr="0074261A">
        <w:rPr>
          <w:sz w:val="20"/>
          <w:szCs w:val="20"/>
        </w:rPr>
        <w:t xml:space="preserve">Limbi </w:t>
      </w:r>
      <w:proofErr w:type="spellStart"/>
      <w:r w:rsidRPr="0074261A">
        <w:rPr>
          <w:sz w:val="20"/>
          <w:szCs w:val="20"/>
        </w:rPr>
        <w:t>vorbite</w:t>
      </w:r>
      <w:proofErr w:type="spellEnd"/>
      <w:r w:rsidRPr="0074261A">
        <w:rPr>
          <w:sz w:val="20"/>
          <w:szCs w:val="20"/>
        </w:rPr>
        <w:t>: _____________________________________________________</w:t>
      </w:r>
    </w:p>
    <w:p w14:paraId="021BC6C2" w14:textId="77777777" w:rsidR="0074261A" w:rsidRDefault="0074261A" w:rsidP="0074261A">
      <w:pPr>
        <w:jc w:val="both"/>
        <w:rPr>
          <w:sz w:val="20"/>
          <w:szCs w:val="20"/>
        </w:rPr>
      </w:pPr>
    </w:p>
    <w:p w14:paraId="2066F567" w14:textId="6FCF6327" w:rsidR="0074261A" w:rsidRPr="0074261A" w:rsidRDefault="0074261A" w:rsidP="0074261A">
      <w:pPr>
        <w:jc w:val="both"/>
        <w:rPr>
          <w:b/>
          <w:bCs/>
          <w:sz w:val="18"/>
          <w:szCs w:val="18"/>
        </w:rPr>
      </w:pPr>
      <w:r w:rsidRPr="0074261A">
        <w:rPr>
          <w:b/>
          <w:bCs/>
          <w:sz w:val="18"/>
          <w:szCs w:val="18"/>
        </w:rPr>
        <w:t>DATE PĂRINȚI:</w:t>
      </w:r>
    </w:p>
    <w:p w14:paraId="28E12ADD" w14:textId="77777777" w:rsidR="0074261A" w:rsidRPr="0074261A" w:rsidRDefault="0074261A" w:rsidP="0074261A">
      <w:pPr>
        <w:jc w:val="both"/>
        <w:rPr>
          <w:sz w:val="20"/>
          <w:szCs w:val="20"/>
        </w:rPr>
      </w:pPr>
      <w:proofErr w:type="spellStart"/>
      <w:r w:rsidRPr="0074261A">
        <w:rPr>
          <w:sz w:val="20"/>
          <w:szCs w:val="20"/>
        </w:rPr>
        <w:t>Nume</w:t>
      </w:r>
      <w:proofErr w:type="spellEnd"/>
      <w:r w:rsidRPr="0074261A">
        <w:rPr>
          <w:sz w:val="20"/>
          <w:szCs w:val="20"/>
        </w:rPr>
        <w:t xml:space="preserve"> </w:t>
      </w:r>
      <w:proofErr w:type="spellStart"/>
      <w:r w:rsidRPr="0074261A">
        <w:rPr>
          <w:sz w:val="20"/>
          <w:szCs w:val="20"/>
        </w:rPr>
        <w:t>și</w:t>
      </w:r>
      <w:proofErr w:type="spellEnd"/>
      <w:r w:rsidRPr="0074261A">
        <w:rPr>
          <w:sz w:val="20"/>
          <w:szCs w:val="20"/>
        </w:rPr>
        <w:t xml:space="preserve"> </w:t>
      </w:r>
      <w:proofErr w:type="spellStart"/>
      <w:r w:rsidRPr="0074261A">
        <w:rPr>
          <w:sz w:val="20"/>
          <w:szCs w:val="20"/>
        </w:rPr>
        <w:t>prenume</w:t>
      </w:r>
      <w:proofErr w:type="spellEnd"/>
      <w:r w:rsidRPr="0074261A">
        <w:rPr>
          <w:sz w:val="20"/>
          <w:szCs w:val="20"/>
        </w:rPr>
        <w:t>: ____________________________________________</w:t>
      </w:r>
    </w:p>
    <w:p w14:paraId="61362DD6" w14:textId="77777777" w:rsidR="0074261A" w:rsidRPr="0074261A" w:rsidRDefault="0074261A" w:rsidP="0074261A">
      <w:pPr>
        <w:jc w:val="both"/>
        <w:rPr>
          <w:sz w:val="20"/>
          <w:szCs w:val="20"/>
          <w:lang w:val="ro-RO"/>
        </w:rPr>
      </w:pPr>
      <w:proofErr w:type="spellStart"/>
      <w:r w:rsidRPr="0074261A">
        <w:rPr>
          <w:sz w:val="20"/>
          <w:szCs w:val="20"/>
        </w:rPr>
        <w:t>Adresa</w:t>
      </w:r>
      <w:proofErr w:type="spellEnd"/>
      <w:r w:rsidRPr="0074261A">
        <w:rPr>
          <w:sz w:val="20"/>
          <w:szCs w:val="20"/>
        </w:rPr>
        <w:t xml:space="preserve"> </w:t>
      </w:r>
      <w:proofErr w:type="gramStart"/>
      <w:r w:rsidRPr="0074261A">
        <w:rPr>
          <w:sz w:val="20"/>
          <w:szCs w:val="20"/>
        </w:rPr>
        <w:t>actual</w:t>
      </w:r>
      <w:r w:rsidRPr="0074261A">
        <w:rPr>
          <w:sz w:val="20"/>
          <w:szCs w:val="20"/>
          <w:lang w:val="ro-RO"/>
        </w:rPr>
        <w:t>ă:_</w:t>
      </w:r>
      <w:proofErr w:type="gramEnd"/>
      <w:r w:rsidRPr="0074261A">
        <w:rPr>
          <w:sz w:val="20"/>
          <w:szCs w:val="20"/>
          <w:lang w:val="ro-RO"/>
        </w:rPr>
        <w:t>_______________________________________________</w:t>
      </w:r>
    </w:p>
    <w:p w14:paraId="76894481" w14:textId="77777777" w:rsidR="0074261A" w:rsidRPr="0074261A" w:rsidRDefault="0074261A" w:rsidP="0074261A">
      <w:pPr>
        <w:jc w:val="both"/>
        <w:rPr>
          <w:sz w:val="20"/>
          <w:szCs w:val="20"/>
        </w:rPr>
      </w:pPr>
      <w:proofErr w:type="spellStart"/>
      <w:r w:rsidRPr="0074261A">
        <w:rPr>
          <w:sz w:val="20"/>
          <w:szCs w:val="20"/>
        </w:rPr>
        <w:t>Telefon</w:t>
      </w:r>
      <w:proofErr w:type="spellEnd"/>
      <w:r w:rsidRPr="0074261A">
        <w:rPr>
          <w:sz w:val="20"/>
          <w:szCs w:val="20"/>
        </w:rPr>
        <w:t>: ________________________________________________________</w:t>
      </w:r>
    </w:p>
    <w:p w14:paraId="0B15F9EF" w14:textId="77777777" w:rsidR="0074261A" w:rsidRPr="0074261A" w:rsidRDefault="0074261A" w:rsidP="0074261A">
      <w:pPr>
        <w:jc w:val="both"/>
        <w:rPr>
          <w:sz w:val="20"/>
          <w:szCs w:val="20"/>
        </w:rPr>
      </w:pPr>
      <w:r w:rsidRPr="0074261A">
        <w:rPr>
          <w:sz w:val="20"/>
          <w:szCs w:val="20"/>
        </w:rPr>
        <w:t>Email: __________________________________________________________</w:t>
      </w:r>
    </w:p>
    <w:p w14:paraId="6521FD0B" w14:textId="77777777" w:rsidR="0074261A" w:rsidRPr="0074261A" w:rsidRDefault="0074261A" w:rsidP="0074261A">
      <w:pPr>
        <w:jc w:val="both"/>
        <w:rPr>
          <w:sz w:val="20"/>
          <w:szCs w:val="20"/>
        </w:rPr>
      </w:pPr>
    </w:p>
    <w:p w14:paraId="63F58A2D" w14:textId="77777777" w:rsidR="0074261A" w:rsidRPr="0074261A" w:rsidRDefault="0074261A" w:rsidP="0074261A">
      <w:pPr>
        <w:jc w:val="both"/>
        <w:rPr>
          <w:b/>
          <w:bCs/>
          <w:sz w:val="18"/>
          <w:szCs w:val="18"/>
        </w:rPr>
      </w:pPr>
      <w:r w:rsidRPr="0074261A">
        <w:rPr>
          <w:b/>
          <w:bCs/>
          <w:sz w:val="18"/>
          <w:szCs w:val="18"/>
        </w:rPr>
        <w:t>PROGRAM ALES:</w:t>
      </w:r>
    </w:p>
    <w:p w14:paraId="5DC2D1DD" w14:textId="7EA4B00D" w:rsidR="0074261A" w:rsidRPr="0074261A" w:rsidRDefault="0074261A" w:rsidP="0074261A">
      <w:pPr>
        <w:jc w:val="both"/>
        <w:rPr>
          <w:sz w:val="20"/>
          <w:szCs w:val="20"/>
        </w:rPr>
      </w:pPr>
      <w:r w:rsidRPr="0074261A">
        <w:rPr>
          <w:sz w:val="20"/>
          <w:szCs w:val="20"/>
        </w:rPr>
        <w:t xml:space="preserve"> </w:t>
      </w:r>
      <w:proofErr w:type="gramStart"/>
      <w:r w:rsidRPr="0074261A">
        <w:rPr>
          <w:sz w:val="20"/>
          <w:szCs w:val="20"/>
        </w:rPr>
        <w:t>( )</w:t>
      </w:r>
      <w:proofErr w:type="gramEnd"/>
      <w:r w:rsidRPr="0074261A">
        <w:rPr>
          <w:sz w:val="20"/>
          <w:szCs w:val="20"/>
        </w:rPr>
        <w:t xml:space="preserve"> </w:t>
      </w:r>
      <w:proofErr w:type="spellStart"/>
      <w:r w:rsidRPr="0074261A">
        <w:rPr>
          <w:sz w:val="20"/>
          <w:szCs w:val="20"/>
        </w:rPr>
        <w:t>Sâmbătă</w:t>
      </w:r>
      <w:proofErr w:type="spellEnd"/>
      <w:r w:rsidRPr="0074261A">
        <w:rPr>
          <w:sz w:val="20"/>
          <w:szCs w:val="20"/>
        </w:rPr>
        <w:t xml:space="preserve"> </w:t>
      </w:r>
      <w:proofErr w:type="spellStart"/>
      <w:r w:rsidRPr="0074261A">
        <w:rPr>
          <w:sz w:val="20"/>
          <w:szCs w:val="20"/>
        </w:rPr>
        <w:t>seara</w:t>
      </w:r>
      <w:proofErr w:type="spellEnd"/>
      <w:r w:rsidRPr="0074261A">
        <w:rPr>
          <w:sz w:val="20"/>
          <w:szCs w:val="20"/>
        </w:rPr>
        <w:t xml:space="preserve">    ( ) </w:t>
      </w:r>
      <w:proofErr w:type="spellStart"/>
      <w:r w:rsidRPr="0074261A">
        <w:rPr>
          <w:sz w:val="20"/>
          <w:szCs w:val="20"/>
        </w:rPr>
        <w:t>Duminică</w:t>
      </w:r>
      <w:proofErr w:type="spellEnd"/>
      <w:r w:rsidRPr="0074261A">
        <w:rPr>
          <w:sz w:val="20"/>
          <w:szCs w:val="20"/>
        </w:rPr>
        <w:t xml:space="preserve"> </w:t>
      </w:r>
      <w:proofErr w:type="spellStart"/>
      <w:r w:rsidRPr="0074261A">
        <w:rPr>
          <w:sz w:val="20"/>
          <w:szCs w:val="20"/>
        </w:rPr>
        <w:t>dimineața</w:t>
      </w:r>
      <w:proofErr w:type="spellEnd"/>
      <w:r w:rsidRPr="0074261A">
        <w:rPr>
          <w:sz w:val="20"/>
          <w:szCs w:val="20"/>
        </w:rPr>
        <w:t xml:space="preserve">    ( ) </w:t>
      </w:r>
      <w:proofErr w:type="spellStart"/>
      <w:r w:rsidRPr="0074261A">
        <w:rPr>
          <w:sz w:val="20"/>
          <w:szCs w:val="20"/>
        </w:rPr>
        <w:t>Toate</w:t>
      </w:r>
      <w:proofErr w:type="spellEnd"/>
      <w:r w:rsidRPr="0074261A">
        <w:rPr>
          <w:sz w:val="20"/>
          <w:szCs w:val="20"/>
        </w:rPr>
        <w:t xml:space="preserve"> </w:t>
      </w:r>
      <w:proofErr w:type="spellStart"/>
      <w:r w:rsidRPr="0074261A">
        <w:rPr>
          <w:sz w:val="20"/>
          <w:szCs w:val="20"/>
        </w:rPr>
        <w:t>zilele</w:t>
      </w:r>
      <w:proofErr w:type="spellEnd"/>
    </w:p>
    <w:p w14:paraId="15F9EC3F" w14:textId="77777777" w:rsidR="0074261A" w:rsidRPr="0074261A" w:rsidRDefault="0074261A" w:rsidP="0074261A">
      <w:pPr>
        <w:jc w:val="both"/>
        <w:rPr>
          <w:sz w:val="20"/>
          <w:szCs w:val="20"/>
        </w:rPr>
      </w:pPr>
    </w:p>
    <w:p w14:paraId="2FE8E203" w14:textId="77777777" w:rsidR="0074261A" w:rsidRPr="0074261A" w:rsidRDefault="0074261A" w:rsidP="0074261A">
      <w:pPr>
        <w:jc w:val="both"/>
        <w:rPr>
          <w:b/>
          <w:bCs/>
          <w:sz w:val="20"/>
          <w:szCs w:val="20"/>
        </w:rPr>
      </w:pPr>
      <w:r w:rsidRPr="0074261A">
        <w:rPr>
          <w:b/>
          <w:bCs/>
          <w:sz w:val="18"/>
          <w:szCs w:val="18"/>
        </w:rPr>
        <w:t>ACTIVITĂȚI PREFERATE</w:t>
      </w:r>
      <w:r w:rsidRPr="0074261A">
        <w:rPr>
          <w:b/>
          <w:bCs/>
          <w:sz w:val="20"/>
          <w:szCs w:val="20"/>
        </w:rPr>
        <w:t>:</w:t>
      </w:r>
    </w:p>
    <w:p w14:paraId="14335E9D" w14:textId="77777777" w:rsidR="0074261A" w:rsidRPr="0074261A" w:rsidRDefault="0074261A" w:rsidP="0074261A">
      <w:pPr>
        <w:jc w:val="both"/>
        <w:rPr>
          <w:sz w:val="20"/>
          <w:szCs w:val="20"/>
        </w:rPr>
      </w:pPr>
      <w:proofErr w:type="gramStart"/>
      <w:r w:rsidRPr="0074261A">
        <w:rPr>
          <w:sz w:val="20"/>
          <w:szCs w:val="20"/>
        </w:rPr>
        <w:t>[ ]</w:t>
      </w:r>
      <w:proofErr w:type="gramEnd"/>
      <w:r w:rsidRPr="0074261A">
        <w:rPr>
          <w:sz w:val="20"/>
          <w:szCs w:val="20"/>
        </w:rPr>
        <w:t xml:space="preserve"> </w:t>
      </w:r>
      <w:proofErr w:type="spellStart"/>
      <w:r w:rsidRPr="0074261A">
        <w:rPr>
          <w:sz w:val="20"/>
          <w:szCs w:val="20"/>
        </w:rPr>
        <w:t>Religie</w:t>
      </w:r>
      <w:proofErr w:type="spellEnd"/>
      <w:r w:rsidRPr="0074261A">
        <w:rPr>
          <w:sz w:val="20"/>
          <w:szCs w:val="20"/>
        </w:rPr>
        <w:t xml:space="preserve">    [ ] Limba </w:t>
      </w:r>
      <w:proofErr w:type="spellStart"/>
      <w:r w:rsidRPr="0074261A">
        <w:rPr>
          <w:sz w:val="20"/>
          <w:szCs w:val="20"/>
        </w:rPr>
        <w:t>română</w:t>
      </w:r>
      <w:proofErr w:type="spellEnd"/>
      <w:r w:rsidRPr="0074261A">
        <w:rPr>
          <w:sz w:val="20"/>
          <w:szCs w:val="20"/>
        </w:rPr>
        <w:t xml:space="preserve">    [ ] Limba </w:t>
      </w:r>
      <w:proofErr w:type="spellStart"/>
      <w:r w:rsidRPr="0074261A">
        <w:rPr>
          <w:sz w:val="20"/>
          <w:szCs w:val="20"/>
        </w:rPr>
        <w:t>germană</w:t>
      </w:r>
      <w:proofErr w:type="spellEnd"/>
      <w:r w:rsidRPr="0074261A">
        <w:rPr>
          <w:sz w:val="20"/>
          <w:szCs w:val="20"/>
        </w:rPr>
        <w:t xml:space="preserve">    [ ] </w:t>
      </w:r>
      <w:proofErr w:type="spellStart"/>
      <w:r w:rsidRPr="0074261A">
        <w:rPr>
          <w:sz w:val="20"/>
          <w:szCs w:val="20"/>
        </w:rPr>
        <w:t>Muzică</w:t>
      </w:r>
      <w:proofErr w:type="spellEnd"/>
      <w:r w:rsidRPr="0074261A">
        <w:rPr>
          <w:sz w:val="20"/>
          <w:szCs w:val="20"/>
        </w:rPr>
        <w:t xml:space="preserve">/Cor    [ ] </w:t>
      </w:r>
      <w:proofErr w:type="spellStart"/>
      <w:r w:rsidRPr="0074261A">
        <w:rPr>
          <w:sz w:val="20"/>
          <w:szCs w:val="20"/>
        </w:rPr>
        <w:t>Mișcare</w:t>
      </w:r>
      <w:proofErr w:type="spellEnd"/>
      <w:r w:rsidRPr="0074261A">
        <w:rPr>
          <w:sz w:val="20"/>
          <w:szCs w:val="20"/>
        </w:rPr>
        <w:t xml:space="preserve"> </w:t>
      </w:r>
    </w:p>
    <w:p w14:paraId="11C1787E" w14:textId="77777777" w:rsidR="0074261A" w:rsidRPr="0074261A" w:rsidRDefault="0074261A" w:rsidP="0074261A">
      <w:pPr>
        <w:jc w:val="both"/>
        <w:rPr>
          <w:sz w:val="20"/>
          <w:szCs w:val="20"/>
        </w:rPr>
      </w:pPr>
      <w:proofErr w:type="gramStart"/>
      <w:r w:rsidRPr="0074261A">
        <w:rPr>
          <w:sz w:val="20"/>
          <w:szCs w:val="20"/>
        </w:rPr>
        <w:t>[ ]</w:t>
      </w:r>
      <w:proofErr w:type="gramEnd"/>
      <w:r w:rsidRPr="0074261A">
        <w:rPr>
          <w:sz w:val="20"/>
          <w:szCs w:val="20"/>
        </w:rPr>
        <w:t xml:space="preserve"> Atelier </w:t>
      </w:r>
      <w:proofErr w:type="spellStart"/>
      <w:r w:rsidRPr="0074261A">
        <w:rPr>
          <w:sz w:val="20"/>
          <w:szCs w:val="20"/>
        </w:rPr>
        <w:t>creativ</w:t>
      </w:r>
      <w:proofErr w:type="spellEnd"/>
      <w:r w:rsidRPr="0074261A">
        <w:rPr>
          <w:sz w:val="20"/>
          <w:szCs w:val="20"/>
        </w:rPr>
        <w:t xml:space="preserve">    [ ] </w:t>
      </w:r>
      <w:proofErr w:type="spellStart"/>
      <w:r w:rsidRPr="0074261A">
        <w:rPr>
          <w:sz w:val="20"/>
          <w:szCs w:val="20"/>
        </w:rPr>
        <w:t>Teatru</w:t>
      </w:r>
      <w:proofErr w:type="spellEnd"/>
      <w:r w:rsidRPr="0074261A">
        <w:rPr>
          <w:sz w:val="20"/>
          <w:szCs w:val="20"/>
        </w:rPr>
        <w:t xml:space="preserve">    [ ] </w:t>
      </w:r>
      <w:proofErr w:type="spellStart"/>
      <w:r w:rsidRPr="0074261A">
        <w:rPr>
          <w:sz w:val="20"/>
          <w:szCs w:val="20"/>
        </w:rPr>
        <w:t>Excursii</w:t>
      </w:r>
      <w:proofErr w:type="spellEnd"/>
    </w:p>
    <w:p w14:paraId="463829E1" w14:textId="77777777" w:rsidR="0074261A" w:rsidRPr="0074261A" w:rsidRDefault="0074261A" w:rsidP="0074261A">
      <w:pPr>
        <w:rPr>
          <w:sz w:val="18"/>
          <w:szCs w:val="18"/>
        </w:rPr>
      </w:pPr>
      <w:r w:rsidRPr="0074261A">
        <w:rPr>
          <w:b/>
          <w:bCs/>
          <w:sz w:val="18"/>
          <w:szCs w:val="18"/>
        </w:rPr>
        <w:t>ALERGII SAU INFORMAȚII MEDICALE IMPORTANTE:</w:t>
      </w:r>
    </w:p>
    <w:p w14:paraId="73AB67BD" w14:textId="77777777" w:rsidR="0074261A" w:rsidRPr="0074261A" w:rsidRDefault="0074261A" w:rsidP="0074261A">
      <w:pPr>
        <w:jc w:val="both"/>
        <w:rPr>
          <w:sz w:val="20"/>
          <w:szCs w:val="20"/>
        </w:rPr>
      </w:pPr>
      <w:r w:rsidRPr="0074261A">
        <w:rPr>
          <w:sz w:val="20"/>
          <w:szCs w:val="20"/>
        </w:rPr>
        <w:t>___________________________________________________________</w:t>
      </w:r>
    </w:p>
    <w:p w14:paraId="11B7B70C" w14:textId="77777777" w:rsidR="0074261A" w:rsidRPr="0074261A" w:rsidRDefault="0074261A" w:rsidP="0074261A">
      <w:pPr>
        <w:jc w:val="both"/>
        <w:rPr>
          <w:sz w:val="20"/>
          <w:szCs w:val="20"/>
        </w:rPr>
      </w:pPr>
      <w:r w:rsidRPr="0074261A">
        <w:rPr>
          <w:sz w:val="20"/>
          <w:szCs w:val="20"/>
        </w:rPr>
        <w:t>___________________________________________________________</w:t>
      </w:r>
    </w:p>
    <w:p w14:paraId="4FF604BA" w14:textId="77777777" w:rsidR="0074261A" w:rsidRPr="0074261A" w:rsidRDefault="0074261A" w:rsidP="0074261A">
      <w:pPr>
        <w:jc w:val="both"/>
        <w:rPr>
          <w:sz w:val="20"/>
          <w:szCs w:val="20"/>
        </w:rPr>
      </w:pPr>
    </w:p>
    <w:p w14:paraId="2C202458" w14:textId="77777777" w:rsidR="0074261A" w:rsidRPr="0074261A" w:rsidRDefault="0074261A" w:rsidP="0074261A">
      <w:pPr>
        <w:jc w:val="both"/>
        <w:rPr>
          <w:b/>
          <w:bCs/>
          <w:sz w:val="18"/>
          <w:szCs w:val="18"/>
        </w:rPr>
      </w:pPr>
      <w:r w:rsidRPr="0074261A">
        <w:rPr>
          <w:b/>
          <w:bCs/>
          <w:sz w:val="18"/>
          <w:szCs w:val="18"/>
        </w:rPr>
        <w:t>ACORD PĂRINȚI:</w:t>
      </w:r>
    </w:p>
    <w:p w14:paraId="681F1676" w14:textId="77777777" w:rsidR="0074261A" w:rsidRPr="0074261A" w:rsidRDefault="0074261A" w:rsidP="0074261A">
      <w:pPr>
        <w:jc w:val="both"/>
        <w:rPr>
          <w:sz w:val="20"/>
          <w:szCs w:val="20"/>
        </w:rPr>
      </w:pPr>
      <w:proofErr w:type="gramStart"/>
      <w:r w:rsidRPr="0074261A">
        <w:rPr>
          <w:sz w:val="20"/>
          <w:szCs w:val="20"/>
        </w:rPr>
        <w:t>[ ]</w:t>
      </w:r>
      <w:proofErr w:type="gramEnd"/>
      <w:r w:rsidRPr="0074261A">
        <w:rPr>
          <w:sz w:val="20"/>
          <w:szCs w:val="20"/>
        </w:rPr>
        <w:t xml:space="preserve"> Sunt de </w:t>
      </w:r>
      <w:proofErr w:type="spellStart"/>
      <w:r w:rsidRPr="0074261A">
        <w:rPr>
          <w:sz w:val="20"/>
          <w:szCs w:val="20"/>
        </w:rPr>
        <w:t>acord</w:t>
      </w:r>
      <w:proofErr w:type="spellEnd"/>
      <w:r w:rsidRPr="0074261A">
        <w:rPr>
          <w:sz w:val="20"/>
          <w:szCs w:val="20"/>
        </w:rPr>
        <w:t xml:space="preserve"> ca </w:t>
      </w:r>
      <w:proofErr w:type="spellStart"/>
      <w:r w:rsidRPr="0074261A">
        <w:rPr>
          <w:sz w:val="20"/>
          <w:szCs w:val="20"/>
        </w:rPr>
        <w:t>fiul</w:t>
      </w:r>
      <w:proofErr w:type="spellEnd"/>
      <w:r w:rsidRPr="0074261A">
        <w:rPr>
          <w:sz w:val="20"/>
          <w:szCs w:val="20"/>
        </w:rPr>
        <w:t>/</w:t>
      </w:r>
      <w:proofErr w:type="spellStart"/>
      <w:r w:rsidRPr="0074261A">
        <w:rPr>
          <w:sz w:val="20"/>
          <w:szCs w:val="20"/>
        </w:rPr>
        <w:t>fiica</w:t>
      </w:r>
      <w:proofErr w:type="spellEnd"/>
      <w:r w:rsidRPr="0074261A">
        <w:rPr>
          <w:sz w:val="20"/>
          <w:szCs w:val="20"/>
        </w:rPr>
        <w:t xml:space="preserve"> </w:t>
      </w:r>
      <w:proofErr w:type="spellStart"/>
      <w:r w:rsidRPr="0074261A">
        <w:rPr>
          <w:sz w:val="20"/>
          <w:szCs w:val="20"/>
        </w:rPr>
        <w:t>mea</w:t>
      </w:r>
      <w:proofErr w:type="spellEnd"/>
      <w:r w:rsidRPr="0074261A">
        <w:rPr>
          <w:sz w:val="20"/>
          <w:szCs w:val="20"/>
        </w:rPr>
        <w:t xml:space="preserve"> </w:t>
      </w:r>
      <w:proofErr w:type="spellStart"/>
      <w:r w:rsidRPr="0074261A">
        <w:rPr>
          <w:sz w:val="20"/>
          <w:szCs w:val="20"/>
        </w:rPr>
        <w:t>să</w:t>
      </w:r>
      <w:proofErr w:type="spellEnd"/>
      <w:r w:rsidRPr="0074261A">
        <w:rPr>
          <w:sz w:val="20"/>
          <w:szCs w:val="20"/>
        </w:rPr>
        <w:t xml:space="preserve"> </w:t>
      </w:r>
      <w:proofErr w:type="spellStart"/>
      <w:r w:rsidRPr="0074261A">
        <w:rPr>
          <w:sz w:val="20"/>
          <w:szCs w:val="20"/>
        </w:rPr>
        <w:t>participe</w:t>
      </w:r>
      <w:proofErr w:type="spellEnd"/>
      <w:r w:rsidRPr="0074261A">
        <w:rPr>
          <w:sz w:val="20"/>
          <w:szCs w:val="20"/>
        </w:rPr>
        <w:t xml:space="preserve"> la </w:t>
      </w:r>
      <w:proofErr w:type="spellStart"/>
      <w:r w:rsidRPr="0074261A">
        <w:rPr>
          <w:sz w:val="20"/>
          <w:szCs w:val="20"/>
        </w:rPr>
        <w:t>activitățile</w:t>
      </w:r>
      <w:proofErr w:type="spellEnd"/>
      <w:r w:rsidRPr="0074261A">
        <w:rPr>
          <w:sz w:val="20"/>
          <w:szCs w:val="20"/>
        </w:rPr>
        <w:t xml:space="preserve"> </w:t>
      </w:r>
      <w:proofErr w:type="spellStart"/>
      <w:r w:rsidRPr="0074261A">
        <w:rPr>
          <w:sz w:val="20"/>
          <w:szCs w:val="20"/>
        </w:rPr>
        <w:t>Școlii</w:t>
      </w:r>
      <w:proofErr w:type="spellEnd"/>
      <w:r w:rsidRPr="0074261A">
        <w:rPr>
          <w:sz w:val="20"/>
          <w:szCs w:val="20"/>
        </w:rPr>
        <w:t xml:space="preserve"> </w:t>
      </w:r>
      <w:proofErr w:type="spellStart"/>
      <w:r w:rsidRPr="0074261A">
        <w:rPr>
          <w:sz w:val="20"/>
          <w:szCs w:val="20"/>
        </w:rPr>
        <w:t>Parohiale</w:t>
      </w:r>
      <w:proofErr w:type="spellEnd"/>
    </w:p>
    <w:p w14:paraId="0BADAC8C" w14:textId="77777777" w:rsidR="0074261A" w:rsidRPr="0074261A" w:rsidRDefault="0074261A" w:rsidP="0074261A">
      <w:pPr>
        <w:jc w:val="both"/>
        <w:rPr>
          <w:sz w:val="20"/>
          <w:szCs w:val="20"/>
        </w:rPr>
      </w:pPr>
      <w:proofErr w:type="gramStart"/>
      <w:r w:rsidRPr="0074261A">
        <w:rPr>
          <w:sz w:val="20"/>
          <w:szCs w:val="20"/>
        </w:rPr>
        <w:t>[ ]</w:t>
      </w:r>
      <w:proofErr w:type="gramEnd"/>
      <w:r w:rsidRPr="0074261A">
        <w:rPr>
          <w:sz w:val="20"/>
          <w:szCs w:val="20"/>
        </w:rPr>
        <w:t xml:space="preserve"> Sunt de </w:t>
      </w:r>
      <w:proofErr w:type="spellStart"/>
      <w:r w:rsidRPr="0074261A">
        <w:rPr>
          <w:sz w:val="20"/>
          <w:szCs w:val="20"/>
        </w:rPr>
        <w:t>acord</w:t>
      </w:r>
      <w:proofErr w:type="spellEnd"/>
      <w:r w:rsidRPr="0074261A">
        <w:rPr>
          <w:sz w:val="20"/>
          <w:szCs w:val="20"/>
        </w:rPr>
        <w:t xml:space="preserve"> cu </w:t>
      </w:r>
      <w:proofErr w:type="spellStart"/>
      <w:r w:rsidRPr="0074261A">
        <w:rPr>
          <w:sz w:val="20"/>
          <w:szCs w:val="20"/>
        </w:rPr>
        <w:t>utilizarea</w:t>
      </w:r>
      <w:proofErr w:type="spellEnd"/>
      <w:r w:rsidRPr="0074261A">
        <w:rPr>
          <w:sz w:val="20"/>
          <w:szCs w:val="20"/>
        </w:rPr>
        <w:t xml:space="preserve"> </w:t>
      </w:r>
      <w:proofErr w:type="spellStart"/>
      <w:r w:rsidRPr="0074261A">
        <w:rPr>
          <w:sz w:val="20"/>
          <w:szCs w:val="20"/>
        </w:rPr>
        <w:t>imaginilor</w:t>
      </w:r>
      <w:proofErr w:type="spellEnd"/>
      <w:r w:rsidRPr="0074261A">
        <w:rPr>
          <w:sz w:val="20"/>
          <w:szCs w:val="20"/>
        </w:rPr>
        <w:t xml:space="preserve"> </w:t>
      </w:r>
      <w:proofErr w:type="spellStart"/>
      <w:r w:rsidRPr="0074261A">
        <w:rPr>
          <w:sz w:val="20"/>
          <w:szCs w:val="20"/>
        </w:rPr>
        <w:t>în</w:t>
      </w:r>
      <w:proofErr w:type="spellEnd"/>
      <w:r w:rsidRPr="0074261A">
        <w:rPr>
          <w:sz w:val="20"/>
          <w:szCs w:val="20"/>
        </w:rPr>
        <w:t xml:space="preserve"> </w:t>
      </w:r>
      <w:proofErr w:type="spellStart"/>
      <w:r w:rsidRPr="0074261A">
        <w:rPr>
          <w:sz w:val="20"/>
          <w:szCs w:val="20"/>
        </w:rPr>
        <w:t>scopuri</w:t>
      </w:r>
      <w:proofErr w:type="spellEnd"/>
      <w:r w:rsidRPr="0074261A">
        <w:rPr>
          <w:sz w:val="20"/>
          <w:szCs w:val="20"/>
        </w:rPr>
        <w:t xml:space="preserve"> interne/</w:t>
      </w:r>
      <w:proofErr w:type="spellStart"/>
      <w:r w:rsidRPr="0074261A">
        <w:rPr>
          <w:sz w:val="20"/>
          <w:szCs w:val="20"/>
        </w:rPr>
        <w:t>parohiale</w:t>
      </w:r>
      <w:proofErr w:type="spellEnd"/>
    </w:p>
    <w:p w14:paraId="20C13E1E" w14:textId="77777777" w:rsidR="0074261A" w:rsidRPr="0074261A" w:rsidRDefault="0074261A" w:rsidP="0074261A">
      <w:pPr>
        <w:jc w:val="both"/>
        <w:rPr>
          <w:sz w:val="20"/>
          <w:szCs w:val="20"/>
        </w:rPr>
      </w:pPr>
    </w:p>
    <w:p w14:paraId="072C169C" w14:textId="76F4C27E" w:rsidR="0008536D" w:rsidRPr="0074261A" w:rsidRDefault="0074261A" w:rsidP="0074261A">
      <w:pPr>
        <w:jc w:val="both"/>
        <w:rPr>
          <w:sz w:val="20"/>
          <w:szCs w:val="20"/>
        </w:rPr>
      </w:pPr>
      <w:proofErr w:type="spellStart"/>
      <w:r w:rsidRPr="0074261A">
        <w:rPr>
          <w:sz w:val="20"/>
          <w:szCs w:val="20"/>
        </w:rPr>
        <w:t>Semnătură</w:t>
      </w:r>
      <w:proofErr w:type="spellEnd"/>
      <w:r w:rsidRPr="0074261A">
        <w:rPr>
          <w:sz w:val="20"/>
          <w:szCs w:val="20"/>
        </w:rPr>
        <w:t>: ________________________    Data: ________________</w:t>
      </w:r>
    </w:p>
    <w:sectPr w:rsidR="0008536D" w:rsidRPr="0074261A" w:rsidSect="00034616">
      <w:headerReference w:type="default" r:id="rId8"/>
      <w:footerReference w:type="default" r:id="rId9"/>
      <w:pgSz w:w="11906" w:h="16838"/>
      <w:pgMar w:top="2551" w:right="1134" w:bottom="1134" w:left="1134" w:header="259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F2F7F" w14:textId="77777777" w:rsidR="0008536D" w:rsidRDefault="0008536D">
      <w:pPr>
        <w:spacing w:after="0" w:line="240" w:lineRule="auto"/>
      </w:pPr>
      <w:r>
        <w:separator/>
      </w:r>
    </w:p>
  </w:endnote>
  <w:endnote w:type="continuationSeparator" w:id="0">
    <w:p w14:paraId="0D8CDF1A" w14:textId="77777777" w:rsidR="0008536D" w:rsidRDefault="00085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013E0" w14:textId="77777777" w:rsidR="00B64546" w:rsidRDefault="00000000">
    <w:pPr>
      <w:pBdr>
        <w:top w:val="single" w:sz="8" w:space="3" w:color="7F6000"/>
      </w:pBdr>
      <w:spacing w:after="20" w:line="240" w:lineRule="auto"/>
      <w:jc w:val="center"/>
    </w:pPr>
    <w:r>
      <w:rPr>
        <w:b/>
        <w:sz w:val="17"/>
      </w:rPr>
      <w:t>Date de contact și cont bancar</w:t>
    </w:r>
  </w:p>
  <w:p w14:paraId="04774867" w14:textId="77777777" w:rsidR="00B64546" w:rsidRPr="0074261A" w:rsidRDefault="00000000">
    <w:pPr>
      <w:spacing w:after="0" w:line="240" w:lineRule="auto"/>
      <w:jc w:val="center"/>
      <w:rPr>
        <w:lang w:val="de-DE"/>
      </w:rPr>
    </w:pPr>
    <w:r w:rsidRPr="0074261A">
      <w:rPr>
        <w:b/>
        <w:sz w:val="17"/>
        <w:lang w:val="de-DE"/>
      </w:rPr>
      <w:t>Rumänische Orthodoxe Metropolie für Deutschland, Zentral- und Nord Europa</w:t>
    </w:r>
  </w:p>
  <w:p w14:paraId="6F214A97" w14:textId="77777777" w:rsidR="00B64546" w:rsidRPr="0074261A" w:rsidRDefault="00000000">
    <w:pPr>
      <w:spacing w:after="20" w:line="240" w:lineRule="auto"/>
      <w:jc w:val="center"/>
      <w:rPr>
        <w:lang w:val="de-DE"/>
      </w:rPr>
    </w:pPr>
    <w:r w:rsidRPr="0074261A">
      <w:rPr>
        <w:sz w:val="17"/>
        <w:lang w:val="de-DE"/>
      </w:rPr>
      <w:t>IBAN: DE43 5935 0110 0370 1065 36    •    BIC: KRSADE55XXX</w:t>
    </w:r>
  </w:p>
  <w:p w14:paraId="6B378561" w14:textId="77777777" w:rsidR="00B64546" w:rsidRPr="0074261A" w:rsidRDefault="00000000">
    <w:pPr>
      <w:spacing w:after="0" w:line="240" w:lineRule="auto"/>
      <w:jc w:val="center"/>
      <w:rPr>
        <w:lang w:val="de-DE"/>
      </w:rPr>
    </w:pPr>
    <w:r w:rsidRPr="0074261A">
      <w:rPr>
        <w:sz w:val="16"/>
        <w:lang w:val="de-DE"/>
      </w:rPr>
      <w:t>Preot paroh: Andrei-Gabriel Agache    •    Tel.: 0049 (0) 1746603649</w:t>
    </w:r>
  </w:p>
  <w:p w14:paraId="4C04C41D" w14:textId="77777777" w:rsidR="00B64546" w:rsidRPr="0074261A" w:rsidRDefault="00000000">
    <w:pPr>
      <w:spacing w:after="0" w:line="240" w:lineRule="auto"/>
      <w:jc w:val="center"/>
      <w:rPr>
        <w:lang w:val="de-DE"/>
      </w:rPr>
    </w:pPr>
    <w:r w:rsidRPr="0074261A">
      <w:rPr>
        <w:sz w:val="16"/>
        <w:lang w:val="de-DE"/>
      </w:rPr>
      <w:t>E-mail: andrei.agache@gmail.com    •    Facebook: Biserica Ortodoxă Română Saarbrücken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90C0B" w14:textId="77777777" w:rsidR="0008536D" w:rsidRDefault="0008536D">
      <w:pPr>
        <w:spacing w:after="0" w:line="240" w:lineRule="auto"/>
      </w:pPr>
      <w:r>
        <w:separator/>
      </w:r>
    </w:p>
  </w:footnote>
  <w:footnote w:type="continuationSeparator" w:id="0">
    <w:p w14:paraId="425D0CDA" w14:textId="77777777" w:rsidR="0008536D" w:rsidRDefault="00085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76794" w14:textId="77777777" w:rsidR="00B64546" w:rsidRDefault="00B64546">
    <w:pPr>
      <w:pStyle w:val="Kopfzeile"/>
      <w:spacing w:line="168" w:lineRule="aut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819"/>
      <w:gridCol w:w="4819"/>
    </w:tblGrid>
    <w:tr w:rsidR="00B64546" w14:paraId="12A81A77" w14:textId="77777777">
      <w:trPr>
        <w:jc w:val="center"/>
      </w:trPr>
      <w:tc>
        <w:tcPr>
          <w:tcW w:w="4819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bottom w:w="0" w:type="dxa"/>
          </w:tcMar>
        </w:tcPr>
        <w:p w14:paraId="0D3D504A" w14:textId="77777777" w:rsidR="00B64546" w:rsidRDefault="00000000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0B81D547" wp14:editId="0EDFB846">
                <wp:extent cx="804672" cy="804672"/>
                <wp:effectExtent l="0" t="0" r="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4672" cy="8046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43DF137" w14:textId="77777777" w:rsidR="00B64546" w:rsidRDefault="00000000">
          <w:pPr>
            <w:spacing w:after="0" w:line="192" w:lineRule="auto"/>
            <w:jc w:val="center"/>
          </w:pPr>
          <w:r>
            <w:rPr>
              <w:b/>
              <w:color w:val="780E16"/>
              <w:sz w:val="16"/>
            </w:rPr>
            <w:t>PAROHIA ORTODOXĂ ROMÂNĂ</w:t>
          </w:r>
        </w:p>
        <w:p w14:paraId="575B85A6" w14:textId="77777777" w:rsidR="00B64546" w:rsidRDefault="00000000">
          <w:pPr>
            <w:spacing w:after="0" w:line="192" w:lineRule="auto"/>
            <w:jc w:val="center"/>
          </w:pPr>
          <w:r>
            <w:rPr>
              <w:b/>
              <w:color w:val="780E16"/>
              <w:sz w:val="16"/>
            </w:rPr>
            <w:t>„NAȘTEREA MAICII DOMNULUI”</w:t>
          </w:r>
        </w:p>
        <w:p w14:paraId="6D2313C2" w14:textId="77777777" w:rsidR="00B64546" w:rsidRDefault="00000000">
          <w:pPr>
            <w:spacing w:after="0" w:line="192" w:lineRule="auto"/>
            <w:jc w:val="center"/>
          </w:pPr>
          <w:r>
            <w:rPr>
              <w:b/>
              <w:color w:val="780E16"/>
              <w:sz w:val="16"/>
            </w:rPr>
            <w:t>SAARBRÜCKEN</w:t>
          </w:r>
        </w:p>
      </w:tc>
      <w:tc>
        <w:tcPr>
          <w:tcW w:w="4819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bottom w:w="0" w:type="dxa"/>
          </w:tcMar>
        </w:tcPr>
        <w:p w14:paraId="75B9ED3D" w14:textId="77777777" w:rsidR="00B64546" w:rsidRDefault="00000000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37AD00BD" wp14:editId="03022C0E">
                <wp:extent cx="804672" cy="804672"/>
                <wp:effectExtent l="0" t="0" r="0" b="0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4672" cy="8046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78CF2F6C" w14:textId="77777777" w:rsidR="00B64546" w:rsidRDefault="00000000">
          <w:pPr>
            <w:spacing w:after="0" w:line="192" w:lineRule="auto"/>
            <w:jc w:val="center"/>
          </w:pPr>
          <w:r>
            <w:rPr>
              <w:b/>
              <w:color w:val="780E16"/>
              <w:sz w:val="16"/>
            </w:rPr>
            <w:t>MITROPOLIA ORTODOXĂ ROMÂNĂ</w:t>
          </w:r>
        </w:p>
        <w:p w14:paraId="3F5B4296" w14:textId="77777777" w:rsidR="00B64546" w:rsidRDefault="00000000">
          <w:pPr>
            <w:spacing w:after="0" w:line="192" w:lineRule="auto"/>
            <w:jc w:val="center"/>
          </w:pPr>
          <w:r>
            <w:rPr>
              <w:b/>
              <w:color w:val="780E16"/>
              <w:sz w:val="16"/>
            </w:rPr>
            <w:t>A GERMANIEI, EUROPEI CENTRALE</w:t>
          </w:r>
        </w:p>
        <w:p w14:paraId="2B16542D" w14:textId="77777777" w:rsidR="00B64546" w:rsidRDefault="00000000">
          <w:pPr>
            <w:spacing w:after="0" w:line="192" w:lineRule="auto"/>
            <w:jc w:val="center"/>
          </w:pPr>
          <w:r>
            <w:rPr>
              <w:b/>
              <w:color w:val="780E16"/>
              <w:sz w:val="16"/>
            </w:rPr>
            <w:t>ȘI DE NORD</w:t>
          </w:r>
        </w:p>
      </w:tc>
    </w:tr>
  </w:tbl>
  <w:p w14:paraId="560C1215" w14:textId="77777777" w:rsidR="00B64546" w:rsidRDefault="00B64546">
    <w:pPr>
      <w:pBdr>
        <w:bottom w:val="single" w:sz="8" w:space="1" w:color="B07A28"/>
      </w:pBdr>
      <w:spacing w:after="0" w:line="168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9943486">
    <w:abstractNumId w:val="8"/>
  </w:num>
  <w:num w:numId="2" w16cid:durableId="188225845">
    <w:abstractNumId w:val="6"/>
  </w:num>
  <w:num w:numId="3" w16cid:durableId="1305818235">
    <w:abstractNumId w:val="5"/>
  </w:num>
  <w:num w:numId="4" w16cid:durableId="486437881">
    <w:abstractNumId w:val="4"/>
  </w:num>
  <w:num w:numId="5" w16cid:durableId="682366121">
    <w:abstractNumId w:val="7"/>
  </w:num>
  <w:num w:numId="6" w16cid:durableId="1067803801">
    <w:abstractNumId w:val="3"/>
  </w:num>
  <w:num w:numId="7" w16cid:durableId="913929780">
    <w:abstractNumId w:val="2"/>
  </w:num>
  <w:num w:numId="8" w16cid:durableId="33192684">
    <w:abstractNumId w:val="1"/>
  </w:num>
  <w:num w:numId="9" w16cid:durableId="730542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536D"/>
    <w:rsid w:val="0015074B"/>
    <w:rsid w:val="0029639D"/>
    <w:rsid w:val="00326F90"/>
    <w:rsid w:val="0056781D"/>
    <w:rsid w:val="0074261A"/>
    <w:rsid w:val="00AA1D8D"/>
    <w:rsid w:val="00B47730"/>
    <w:rsid w:val="00B6454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3D8208"/>
  <w14:defaultImageDpi w14:val="300"/>
  <w15:docId w15:val="{69BF59E8-DAC1-8F4F-8FA8-6BE841FEA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Agache</cp:lastModifiedBy>
  <cp:revision>2</cp:revision>
  <dcterms:created xsi:type="dcterms:W3CDTF">2026-09-23T18:21:00Z</dcterms:created>
  <dcterms:modified xsi:type="dcterms:W3CDTF">2026-09-23T18:21:00Z</dcterms:modified>
  <cp:category/>
</cp:coreProperties>
</file>